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E52F4" w14:textId="1865CC88" w:rsidR="001D3342" w:rsidRPr="0048623F" w:rsidRDefault="6649AC5C" w:rsidP="6B199D36">
      <w:pPr>
        <w:rPr>
          <w:rFonts w:ascii="Times New Roman" w:hAnsi="Times New Roman" w:cs="Times New Roman"/>
          <w:b/>
          <w:bCs/>
          <w:sz w:val="36"/>
          <w:szCs w:val="36"/>
          <w:lang w:val="pl-PL"/>
        </w:rPr>
      </w:pPr>
      <w:r>
        <w:rPr>
          <w:noProof/>
        </w:rPr>
        <w:drawing>
          <wp:inline distT="0" distB="0" distL="0" distR="0" wp14:anchorId="22E9A51C" wp14:editId="3B5495E2">
            <wp:extent cx="838582" cy="838582"/>
            <wp:effectExtent l="0" t="0" r="0" b="0"/>
            <wp:docPr id="58963574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635742" name="Picture 58963574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582" cy="83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3168">
        <w:rPr>
          <w:rFonts w:ascii="Times New Roman" w:hAnsi="Times New Roman" w:cs="Times New Roman"/>
          <w:b/>
          <w:bCs/>
          <w:sz w:val="36"/>
          <w:szCs w:val="36"/>
          <w:lang w:val="pl-PL"/>
        </w:rPr>
        <w:t xml:space="preserve">          </w:t>
      </w:r>
      <w:r w:rsidR="001D3342" w:rsidRPr="6B199D36">
        <w:rPr>
          <w:rFonts w:ascii="Times New Roman" w:hAnsi="Times New Roman" w:cs="Times New Roman"/>
          <w:b/>
          <w:bCs/>
          <w:sz w:val="36"/>
          <w:szCs w:val="36"/>
          <w:lang w:val="pl-PL"/>
        </w:rPr>
        <w:t>Wniosek o objęcie opieką świetlicową</w:t>
      </w:r>
    </w:p>
    <w:p w14:paraId="628F9875" w14:textId="77777777" w:rsidR="001D3342" w:rsidRPr="0048623F" w:rsidRDefault="001D3342">
      <w:pPr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0EE587FA" w14:textId="75413B5F" w:rsidR="00AC3325" w:rsidRPr="0048623F" w:rsidRDefault="002A2F7E">
      <w:pPr>
        <w:jc w:val="center"/>
        <w:rPr>
          <w:rFonts w:ascii="Times New Roman" w:hAnsi="Times New Roman" w:cs="Times New Roman"/>
          <w:lang w:val="pl-PL"/>
        </w:rPr>
      </w:pPr>
      <w:r w:rsidRPr="0048623F">
        <w:rPr>
          <w:rFonts w:ascii="Times New Roman" w:hAnsi="Times New Roman" w:cs="Times New Roman"/>
          <w:b/>
          <w:sz w:val="22"/>
          <w:lang w:val="pl-PL"/>
        </w:rPr>
        <w:t>rok szkolny 2026/2027</w:t>
      </w:r>
    </w:p>
    <w:p w14:paraId="169E3513" w14:textId="77777777" w:rsidR="00AC3325" w:rsidRPr="0048623F" w:rsidRDefault="002A2F7E">
      <w:pPr>
        <w:jc w:val="center"/>
        <w:rPr>
          <w:rFonts w:ascii="Times New Roman" w:hAnsi="Times New Roman" w:cs="Times New Roman"/>
          <w:lang w:val="pl-PL"/>
        </w:rPr>
      </w:pPr>
      <w:r w:rsidRPr="6B199D36">
        <w:rPr>
          <w:rFonts w:ascii="Times New Roman" w:hAnsi="Times New Roman" w:cs="Times New Roman"/>
          <w:i/>
          <w:iCs/>
          <w:sz w:val="17"/>
          <w:szCs w:val="17"/>
          <w:lang w:val="pl-PL"/>
        </w:rPr>
        <w:t>Stan prawny na 28 lipca 2026 r.</w:t>
      </w:r>
    </w:p>
    <w:p w14:paraId="5A4643DF" w14:textId="77777777" w:rsidR="00AC3325" w:rsidRPr="0048623F" w:rsidRDefault="002A2F7E">
      <w:pPr>
        <w:pStyle w:val="Nagwek1"/>
        <w:rPr>
          <w:rFonts w:ascii="Times New Roman" w:hAnsi="Times New Roman" w:cs="Times New Roman"/>
          <w:color w:val="auto"/>
          <w:lang w:val="pl-PL"/>
        </w:rPr>
      </w:pPr>
      <w:r w:rsidRPr="0048623F">
        <w:rPr>
          <w:rFonts w:ascii="Times New Roman" w:hAnsi="Times New Roman" w:cs="Times New Roman"/>
          <w:color w:val="auto"/>
          <w:lang w:val="pl-PL"/>
        </w:rPr>
        <w:t>Podstawa prawna</w:t>
      </w:r>
    </w:p>
    <w:p w14:paraId="54A6B57A" w14:textId="77777777" w:rsidR="00AC3325" w:rsidRPr="0048623F" w:rsidRDefault="002A2F7E">
      <w:pPr>
        <w:pStyle w:val="Listapunktowana"/>
        <w:rPr>
          <w:rFonts w:ascii="Times New Roman" w:hAnsi="Times New Roman" w:cs="Times New Roman"/>
          <w:lang w:val="pl-PL"/>
        </w:rPr>
      </w:pPr>
      <w:r w:rsidRPr="0048623F">
        <w:rPr>
          <w:rFonts w:ascii="Times New Roman" w:hAnsi="Times New Roman" w:cs="Times New Roman"/>
          <w:lang w:val="pl-PL"/>
        </w:rPr>
        <w:t xml:space="preserve">ustawa z dnia 14 grudnia 2016 r. – Prawo oświatowe (tekst jedn.: Dz.U. z 2026 r. poz. 820, z </w:t>
      </w:r>
      <w:proofErr w:type="spellStart"/>
      <w:r w:rsidRPr="0048623F">
        <w:rPr>
          <w:rFonts w:ascii="Times New Roman" w:hAnsi="Times New Roman" w:cs="Times New Roman"/>
          <w:lang w:val="pl-PL"/>
        </w:rPr>
        <w:t>późn</w:t>
      </w:r>
      <w:proofErr w:type="spellEnd"/>
      <w:r w:rsidRPr="0048623F">
        <w:rPr>
          <w:rFonts w:ascii="Times New Roman" w:hAnsi="Times New Roman" w:cs="Times New Roman"/>
          <w:lang w:val="pl-PL"/>
        </w:rPr>
        <w:t>. zm.) – art. 105, art. 106 i art. 106a.</w:t>
      </w:r>
    </w:p>
    <w:p w14:paraId="1A8CDFA4" w14:textId="77777777" w:rsidR="00AC3325" w:rsidRPr="0048623F" w:rsidRDefault="002A2F7E">
      <w:pPr>
        <w:pStyle w:val="Listapunktowana"/>
        <w:rPr>
          <w:rFonts w:ascii="Times New Roman" w:hAnsi="Times New Roman" w:cs="Times New Roman"/>
          <w:lang w:val="pl-PL"/>
        </w:rPr>
      </w:pPr>
      <w:r w:rsidRPr="0048623F">
        <w:rPr>
          <w:rFonts w:ascii="Times New Roman" w:hAnsi="Times New Roman" w:cs="Times New Roman"/>
          <w:lang w:val="pl-PL"/>
        </w:rPr>
        <w:t>Statut szkoły, regulamin świetlicy oraz zasady korzystania ze stołówki ustalone przez dyrektora w porozumieniu z organem prowadzącym.</w:t>
      </w:r>
    </w:p>
    <w:p w14:paraId="296C53A5" w14:textId="77777777" w:rsidR="00AC3325" w:rsidRPr="0048623F" w:rsidRDefault="002A2F7E">
      <w:pPr>
        <w:pStyle w:val="Nagwek1"/>
        <w:rPr>
          <w:rFonts w:ascii="Times New Roman" w:hAnsi="Times New Roman" w:cs="Times New Roman"/>
          <w:color w:val="auto"/>
          <w:lang w:val="pl-PL"/>
        </w:rPr>
      </w:pPr>
      <w:r w:rsidRPr="0048623F">
        <w:rPr>
          <w:rFonts w:ascii="Times New Roman" w:hAnsi="Times New Roman" w:cs="Times New Roman"/>
          <w:color w:val="auto"/>
          <w:lang w:val="pl-PL"/>
        </w:rPr>
        <w:t>Dane ucznia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139"/>
        <w:gridCol w:w="5159"/>
      </w:tblGrid>
      <w:tr w:rsidR="0048623F" w:rsidRPr="0048623F" w14:paraId="5F37B788" w14:textId="77777777" w:rsidTr="0048623F">
        <w:trPr>
          <w:cantSplit/>
          <w:jc w:val="center"/>
        </w:trPr>
        <w:tc>
          <w:tcPr>
            <w:tcW w:w="4139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B4155B" w14:textId="04E09C2C" w:rsidR="00AC3325" w:rsidRPr="00980DDD" w:rsidRDefault="002A2F7E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80DDD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Imię i nazwisko </w:t>
            </w:r>
          </w:p>
        </w:tc>
        <w:tc>
          <w:tcPr>
            <w:tcW w:w="5159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A43FFD" w14:textId="7BC3C10A" w:rsidR="00AC3325" w:rsidRPr="0048623F" w:rsidRDefault="00AC3325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31888" w:rsidRPr="0048623F" w14:paraId="2C74CB69" w14:textId="77777777" w:rsidTr="0048623F">
        <w:trPr>
          <w:cantSplit/>
          <w:jc w:val="center"/>
        </w:trPr>
        <w:tc>
          <w:tcPr>
            <w:tcW w:w="4139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DCB4D6" w14:textId="4DF6BC56" w:rsidR="00B31888" w:rsidRPr="00980DDD" w:rsidRDefault="00B31888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80DDD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Klasa</w:t>
            </w:r>
          </w:p>
        </w:tc>
        <w:tc>
          <w:tcPr>
            <w:tcW w:w="5159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1269E2" w14:textId="77777777" w:rsidR="00B31888" w:rsidRPr="0048623F" w:rsidRDefault="00B31888">
            <w:pPr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48623F" w:rsidRPr="0048623F" w14:paraId="7F8FAAD7" w14:textId="77777777" w:rsidTr="00B31888">
        <w:trPr>
          <w:cantSplit/>
          <w:trHeight w:val="858"/>
          <w:jc w:val="center"/>
        </w:trPr>
        <w:tc>
          <w:tcPr>
            <w:tcW w:w="4139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88C873" w14:textId="731AFB38" w:rsidR="00AC3325" w:rsidRPr="00980DDD" w:rsidRDefault="002A2F7E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80DDD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Rodzic/opiekun</w:t>
            </w:r>
          </w:p>
        </w:tc>
        <w:tc>
          <w:tcPr>
            <w:tcW w:w="5159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8AE0DE" w14:textId="77777777" w:rsidR="00B31888" w:rsidRDefault="00B31888">
            <w:pPr>
              <w:rPr>
                <w:rFonts w:ascii="Times New Roman" w:hAnsi="Times New Roman" w:cs="Times New Roman"/>
                <w:sz w:val="17"/>
                <w:lang w:val="pl-PL"/>
              </w:rPr>
            </w:pPr>
          </w:p>
          <w:p w14:paraId="557EE122" w14:textId="2FEC8A85" w:rsidR="00AC3325" w:rsidRPr="0048623F" w:rsidRDefault="002A2F7E">
            <w:pPr>
              <w:rPr>
                <w:rFonts w:ascii="Times New Roman" w:hAnsi="Times New Roman" w:cs="Times New Roman"/>
                <w:lang w:val="pl-PL"/>
              </w:rPr>
            </w:pPr>
            <w:r w:rsidRPr="0048623F">
              <w:rPr>
                <w:rFonts w:ascii="Times New Roman" w:hAnsi="Times New Roman" w:cs="Times New Roman"/>
                <w:sz w:val="17"/>
                <w:lang w:val="pl-PL"/>
              </w:rPr>
              <w:t>..............................................................................................................</w:t>
            </w:r>
          </w:p>
        </w:tc>
      </w:tr>
      <w:tr w:rsidR="00B31888" w:rsidRPr="0048623F" w14:paraId="28ECB92B" w14:textId="77777777" w:rsidTr="00B31888">
        <w:trPr>
          <w:cantSplit/>
          <w:trHeight w:val="843"/>
          <w:jc w:val="center"/>
        </w:trPr>
        <w:tc>
          <w:tcPr>
            <w:tcW w:w="4139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FC8CD4" w14:textId="4E759A5C" w:rsidR="00B31888" w:rsidRPr="00980DDD" w:rsidRDefault="00B31888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80DDD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Telefon</w:t>
            </w:r>
          </w:p>
        </w:tc>
        <w:tc>
          <w:tcPr>
            <w:tcW w:w="5159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E37358" w14:textId="1BCF373A" w:rsidR="00B31888" w:rsidRDefault="00B31888">
            <w:pPr>
              <w:rPr>
                <w:rFonts w:ascii="Times New Roman" w:hAnsi="Times New Roman" w:cs="Times New Roman"/>
                <w:sz w:val="17"/>
                <w:lang w:val="pl-PL"/>
              </w:rPr>
            </w:pPr>
          </w:p>
          <w:p w14:paraId="5EB38B1D" w14:textId="5C25F0EF" w:rsidR="00B31888" w:rsidRPr="0048623F" w:rsidRDefault="00B31888">
            <w:pPr>
              <w:rPr>
                <w:rFonts w:ascii="Times New Roman" w:hAnsi="Times New Roman" w:cs="Times New Roman"/>
                <w:sz w:val="17"/>
                <w:lang w:val="pl-PL"/>
              </w:rPr>
            </w:pPr>
            <w:r>
              <w:rPr>
                <w:rFonts w:ascii="Times New Roman" w:hAnsi="Times New Roman" w:cs="Times New Roman"/>
                <w:sz w:val="17"/>
                <w:lang w:val="pl-PL"/>
              </w:rPr>
              <w:t>………………………………………………………………………..</w:t>
            </w:r>
          </w:p>
        </w:tc>
      </w:tr>
      <w:tr w:rsidR="0048623F" w:rsidRPr="00B31888" w14:paraId="06F2C3CD" w14:textId="77777777" w:rsidTr="0048623F">
        <w:trPr>
          <w:cantSplit/>
          <w:jc w:val="center"/>
        </w:trPr>
        <w:tc>
          <w:tcPr>
            <w:tcW w:w="4139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9A03F9" w14:textId="77777777" w:rsidR="00AC3325" w:rsidRPr="00980DDD" w:rsidRDefault="002A2F7E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80DDD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Adres zamieszkania – tylko jeżeli jest niezbędny i nie znajduje się w dokumentacji szkoły</w:t>
            </w:r>
          </w:p>
        </w:tc>
        <w:tc>
          <w:tcPr>
            <w:tcW w:w="5159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9749B0" w14:textId="1275F771" w:rsidR="00AC3325" w:rsidRPr="0048623F" w:rsidRDefault="00AC3325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172BF8CC" w14:textId="77777777" w:rsidR="00AC3325" w:rsidRPr="0048623F" w:rsidRDefault="002A2F7E">
      <w:pPr>
        <w:pStyle w:val="Nagwek1"/>
        <w:rPr>
          <w:rFonts w:ascii="Times New Roman" w:hAnsi="Times New Roman" w:cs="Times New Roman"/>
          <w:color w:val="auto"/>
          <w:lang w:val="pl-PL"/>
        </w:rPr>
      </w:pPr>
      <w:bookmarkStart w:id="0" w:name="_Hlk239601598"/>
      <w:r w:rsidRPr="0048623F">
        <w:rPr>
          <w:rFonts w:ascii="Times New Roman" w:hAnsi="Times New Roman" w:cs="Times New Roman"/>
          <w:color w:val="auto"/>
          <w:lang w:val="pl-PL"/>
        </w:rPr>
        <w:t>A. Wniosek o objęcie opieką świetlicową</w:t>
      </w:r>
    </w:p>
    <w:bookmarkEnd w:id="0"/>
    <w:p w14:paraId="0CF46B13" w14:textId="77777777" w:rsidR="00AC3325" w:rsidRPr="00B31888" w:rsidRDefault="002A2F7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31888">
        <w:rPr>
          <w:rFonts w:ascii="Times New Roman" w:hAnsi="Times New Roman" w:cs="Times New Roman"/>
          <w:sz w:val="24"/>
          <w:szCs w:val="24"/>
          <w:lang w:val="pl-PL"/>
        </w:rPr>
        <w:t>Wnoszę o objęcie ucznia opieką świetlicową z powodu:</w:t>
      </w:r>
    </w:p>
    <w:p w14:paraId="17BC7DE3" w14:textId="77777777" w:rsidR="00AC3325" w:rsidRPr="00B31888" w:rsidRDefault="002A2F7E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B31888">
        <w:rPr>
          <w:rFonts w:ascii="Times New Roman" w:hAnsi="Times New Roman" w:cs="Times New Roman"/>
          <w:sz w:val="24"/>
          <w:szCs w:val="24"/>
          <w:lang w:val="pl-PL"/>
        </w:rPr>
        <w:t>[ ] czasu pracy rodzica/rodziców lub opiekunów;</w:t>
      </w:r>
    </w:p>
    <w:p w14:paraId="353639F8" w14:textId="77777777" w:rsidR="00AC3325" w:rsidRPr="00B31888" w:rsidRDefault="002A2F7E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B31888">
        <w:rPr>
          <w:rFonts w:ascii="Times New Roman" w:hAnsi="Times New Roman" w:cs="Times New Roman"/>
          <w:sz w:val="24"/>
          <w:szCs w:val="24"/>
          <w:lang w:val="pl-PL"/>
        </w:rPr>
        <w:t>[ ] organizacji dojazdu do szkoły;</w:t>
      </w:r>
    </w:p>
    <w:p w14:paraId="6E89069A" w14:textId="07E633FE" w:rsidR="007D5036" w:rsidRPr="007D5036" w:rsidRDefault="002A2F7E" w:rsidP="007D5036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B31888">
        <w:rPr>
          <w:rFonts w:ascii="Times New Roman" w:hAnsi="Times New Roman" w:cs="Times New Roman"/>
          <w:sz w:val="24"/>
          <w:szCs w:val="24"/>
          <w:lang w:val="pl-PL"/>
        </w:rPr>
        <w:t xml:space="preserve">[ ] innych istotnych okoliczności wymagających opieki: </w:t>
      </w:r>
      <w:r w:rsidR="005D7D6D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…………………………………………...</w:t>
      </w:r>
    </w:p>
    <w:p w14:paraId="38684A47" w14:textId="77777777" w:rsidR="005D7D6D" w:rsidRDefault="007D5036" w:rsidP="005D7D6D">
      <w:pPr>
        <w:pStyle w:val="LegalNote"/>
        <w:rPr>
          <w:rFonts w:ascii="Times New Roman" w:hAnsi="Times New Roman" w:cs="Times New Roman"/>
          <w:color w:val="auto"/>
          <w:lang w:val="pl-PL"/>
        </w:rPr>
      </w:pPr>
      <w:r w:rsidRPr="00980DDD">
        <w:rPr>
          <w:rFonts w:ascii="Times New Roman" w:hAnsi="Times New Roman" w:cs="Times New Roman"/>
          <w:color w:val="auto"/>
          <w:sz w:val="18"/>
          <w:szCs w:val="18"/>
          <w:lang w:val="pl-PL"/>
        </w:rPr>
        <w:t>Przyjęcie do świetlicy odbywa się na zasadach określonych w statucie i regulaminie, z uwzględnieniem rzeczywistych potrzeb rodziców oraz możliwości organizacyjnych szkoły</w:t>
      </w:r>
      <w:r w:rsidRPr="6B199D36">
        <w:rPr>
          <w:rFonts w:ascii="Times New Roman" w:hAnsi="Times New Roman" w:cs="Times New Roman"/>
          <w:color w:val="auto"/>
          <w:lang w:val="pl-PL"/>
        </w:rPr>
        <w:t>.</w:t>
      </w:r>
    </w:p>
    <w:p w14:paraId="2FC9872D" w14:textId="77777777" w:rsidR="00980DDD" w:rsidRDefault="00980DDD" w:rsidP="005D7D6D">
      <w:pPr>
        <w:pStyle w:val="LegalNote"/>
        <w:rPr>
          <w:rFonts w:ascii="Times New Roman" w:hAnsi="Times New Roman" w:cs="Times New Roman"/>
          <w:color w:val="auto"/>
          <w:lang w:val="pl-PL"/>
        </w:rPr>
      </w:pPr>
    </w:p>
    <w:p w14:paraId="14E3EC27" w14:textId="740D2C45" w:rsidR="007D5036" w:rsidRPr="007D5036" w:rsidRDefault="007D5036" w:rsidP="005D7D6D">
      <w:pPr>
        <w:pStyle w:val="LegalNote"/>
        <w:rPr>
          <w:rFonts w:ascii="Times New Roman" w:hAnsi="Times New Roman" w:cs="Times New Roman"/>
          <w:color w:val="auto"/>
          <w:lang w:val="pl-PL"/>
        </w:rPr>
      </w:pPr>
      <w:r w:rsidRPr="005D7D6D"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>B. Określenie dni tygodnia i godziny przebywania na świetlicy</w:t>
      </w:r>
      <w:r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 xml:space="preserve"> – </w:t>
      </w:r>
      <w:r w:rsidRPr="005D7D6D">
        <w:rPr>
          <w:rFonts w:ascii="Times New Roman" w:eastAsiaTheme="majorEastAsia" w:hAnsi="Times New Roman" w:cs="Times New Roman"/>
          <w:sz w:val="24"/>
          <w:szCs w:val="24"/>
          <w:lang w:val="pl-PL"/>
        </w:rPr>
        <w:t xml:space="preserve">proszę wpisać konkretny czas pobytu dziecka na </w:t>
      </w:r>
      <w:r w:rsidR="005D7D6D" w:rsidRPr="005D7D6D">
        <w:rPr>
          <w:rFonts w:ascii="Times New Roman" w:eastAsiaTheme="majorEastAsia" w:hAnsi="Times New Roman" w:cs="Times New Roman"/>
          <w:sz w:val="24"/>
          <w:szCs w:val="24"/>
          <w:lang w:val="pl-PL"/>
        </w:rPr>
        <w:t>ś</w:t>
      </w:r>
      <w:r w:rsidRPr="005D7D6D">
        <w:rPr>
          <w:rFonts w:ascii="Times New Roman" w:eastAsiaTheme="majorEastAsia" w:hAnsi="Times New Roman" w:cs="Times New Roman"/>
          <w:sz w:val="24"/>
          <w:szCs w:val="24"/>
          <w:lang w:val="pl-PL"/>
        </w:rPr>
        <w:t>wietlicy</w:t>
      </w:r>
      <w:r w:rsidR="005D7D6D" w:rsidRPr="005D7D6D">
        <w:rPr>
          <w:rFonts w:ascii="Times New Roman" w:eastAsiaTheme="majorEastAsia" w:hAnsi="Times New Roman" w:cs="Times New Roman"/>
          <w:sz w:val="24"/>
          <w:szCs w:val="24"/>
          <w:lang w:val="pl-PL"/>
        </w:rPr>
        <w:t xml:space="preserve"> np. 12.30-14.00.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71"/>
        <w:gridCol w:w="1785"/>
        <w:gridCol w:w="1701"/>
        <w:gridCol w:w="1701"/>
        <w:gridCol w:w="1559"/>
        <w:gridCol w:w="1701"/>
      </w:tblGrid>
      <w:tr w:rsidR="005D7D6D" w14:paraId="2CD28D59" w14:textId="77777777" w:rsidTr="005D7D6D">
        <w:tc>
          <w:tcPr>
            <w:tcW w:w="1471" w:type="dxa"/>
          </w:tcPr>
          <w:p w14:paraId="15BD8949" w14:textId="77777777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14:paraId="5BE3F51B" w14:textId="77777777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85" w:type="dxa"/>
          </w:tcPr>
          <w:p w14:paraId="533EF5A2" w14:textId="30353FCA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Poniedziałek</w:t>
            </w:r>
          </w:p>
        </w:tc>
        <w:tc>
          <w:tcPr>
            <w:tcW w:w="1701" w:type="dxa"/>
          </w:tcPr>
          <w:p w14:paraId="3162261D" w14:textId="20635A46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Wtorek</w:t>
            </w:r>
          </w:p>
        </w:tc>
        <w:tc>
          <w:tcPr>
            <w:tcW w:w="1701" w:type="dxa"/>
          </w:tcPr>
          <w:p w14:paraId="1D5CED58" w14:textId="1E964792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Środa</w:t>
            </w:r>
          </w:p>
        </w:tc>
        <w:tc>
          <w:tcPr>
            <w:tcW w:w="1559" w:type="dxa"/>
          </w:tcPr>
          <w:p w14:paraId="110A1566" w14:textId="3ED237EF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Czwartek</w:t>
            </w:r>
          </w:p>
        </w:tc>
        <w:tc>
          <w:tcPr>
            <w:tcW w:w="1701" w:type="dxa"/>
          </w:tcPr>
          <w:p w14:paraId="4AE3A805" w14:textId="7E1D656A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Piątek</w:t>
            </w:r>
          </w:p>
        </w:tc>
      </w:tr>
      <w:tr w:rsidR="005D7D6D" w:rsidRPr="005D7D6D" w14:paraId="535BAC7A" w14:textId="77777777" w:rsidTr="005D7D6D">
        <w:tc>
          <w:tcPr>
            <w:tcW w:w="1471" w:type="dxa"/>
          </w:tcPr>
          <w:p w14:paraId="2B69B663" w14:textId="1FC4C44D" w:rsidR="005D7D6D" w:rsidRPr="005D7D6D" w:rsidRDefault="005D7D6D" w:rsidP="005D7D6D">
            <w:pPr>
              <w:spacing w:after="0"/>
              <w:jc w:val="center"/>
              <w:rPr>
                <w:rFonts w:ascii="Times New Roman" w:eastAsiaTheme="majorEastAsia" w:hAnsi="Times New Roman" w:cs="Times New Roman"/>
                <w:color w:val="666666"/>
                <w:sz w:val="24"/>
                <w:szCs w:val="24"/>
                <w:lang w:val="pl-PL"/>
              </w:rPr>
            </w:pPr>
            <w:r w:rsidRPr="005D7D6D">
              <w:rPr>
                <w:rFonts w:ascii="Times New Roman" w:eastAsiaTheme="majorEastAsia" w:hAnsi="Times New Roman" w:cs="Times New Roman"/>
                <w:color w:val="666666"/>
                <w:sz w:val="24"/>
                <w:szCs w:val="24"/>
                <w:lang w:val="pl-PL"/>
              </w:rPr>
              <w:t>Przed</w:t>
            </w:r>
          </w:p>
          <w:p w14:paraId="7EFB1122" w14:textId="5768FBAB" w:rsidR="005D7D6D" w:rsidRPr="005D7D6D" w:rsidRDefault="005D7D6D" w:rsidP="005D7D6D">
            <w:pPr>
              <w:spacing w:after="0"/>
              <w:jc w:val="center"/>
              <w:rPr>
                <w:rFonts w:ascii="Times New Roman" w:eastAsiaTheme="majorEastAsia" w:hAnsi="Times New Roman" w:cs="Times New Roman"/>
                <w:color w:val="666666"/>
                <w:sz w:val="24"/>
                <w:szCs w:val="24"/>
                <w:lang w:val="pl-PL"/>
              </w:rPr>
            </w:pPr>
            <w:r w:rsidRPr="005D7D6D">
              <w:rPr>
                <w:rFonts w:ascii="Times New Roman" w:eastAsiaTheme="majorEastAsia" w:hAnsi="Times New Roman" w:cs="Times New Roman"/>
                <w:color w:val="666666"/>
                <w:sz w:val="24"/>
                <w:szCs w:val="24"/>
                <w:lang w:val="pl-PL"/>
              </w:rPr>
              <w:t>lekcjami</w:t>
            </w:r>
          </w:p>
          <w:p w14:paraId="24856BA5" w14:textId="77777777" w:rsidR="005D7D6D" w:rsidRPr="005D7D6D" w:rsidRDefault="005D7D6D" w:rsidP="005D7D6D">
            <w:pPr>
              <w:spacing w:after="0"/>
              <w:jc w:val="center"/>
              <w:rPr>
                <w:rFonts w:ascii="Times New Roman" w:eastAsiaTheme="majorEastAsia" w:hAnsi="Times New Roman" w:cs="Times New Roman"/>
                <w:color w:val="666666"/>
                <w:sz w:val="24"/>
                <w:szCs w:val="24"/>
                <w:lang w:val="pl-PL"/>
              </w:rPr>
            </w:pPr>
          </w:p>
        </w:tc>
        <w:tc>
          <w:tcPr>
            <w:tcW w:w="1785" w:type="dxa"/>
          </w:tcPr>
          <w:p w14:paraId="2D7F6A64" w14:textId="77777777" w:rsidR="005D7D6D" w:rsidRPr="005D7D6D" w:rsidRDefault="005D7D6D" w:rsidP="005D7D6D">
            <w:pPr>
              <w:spacing w:after="0"/>
              <w:jc w:val="center"/>
              <w:rPr>
                <w:rFonts w:ascii="Times New Roman" w:eastAsiaTheme="majorEastAsia" w:hAnsi="Times New Roman" w:cs="Times New Roman"/>
                <w:color w:val="666666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</w:tcPr>
          <w:p w14:paraId="0C2142D1" w14:textId="77777777" w:rsidR="005D7D6D" w:rsidRPr="005D7D6D" w:rsidRDefault="005D7D6D" w:rsidP="005D7D6D">
            <w:pPr>
              <w:spacing w:after="0"/>
              <w:jc w:val="center"/>
              <w:rPr>
                <w:rFonts w:ascii="Times New Roman" w:eastAsiaTheme="majorEastAsia" w:hAnsi="Times New Roman" w:cs="Times New Roman"/>
                <w:color w:val="666666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</w:tcPr>
          <w:p w14:paraId="730D0026" w14:textId="77777777" w:rsidR="005D7D6D" w:rsidRPr="005D7D6D" w:rsidRDefault="005D7D6D" w:rsidP="005D7D6D">
            <w:pPr>
              <w:spacing w:after="0"/>
              <w:jc w:val="center"/>
              <w:rPr>
                <w:rFonts w:ascii="Times New Roman" w:eastAsiaTheme="majorEastAsia" w:hAnsi="Times New Roman" w:cs="Times New Roman"/>
                <w:color w:val="666666"/>
                <w:sz w:val="24"/>
                <w:szCs w:val="24"/>
                <w:lang w:val="pl-PL"/>
              </w:rPr>
            </w:pPr>
          </w:p>
        </w:tc>
        <w:tc>
          <w:tcPr>
            <w:tcW w:w="1559" w:type="dxa"/>
          </w:tcPr>
          <w:p w14:paraId="54CBA2CC" w14:textId="77777777" w:rsidR="005D7D6D" w:rsidRPr="005D7D6D" w:rsidRDefault="005D7D6D" w:rsidP="005D7D6D">
            <w:pPr>
              <w:spacing w:after="0"/>
              <w:jc w:val="center"/>
              <w:rPr>
                <w:rFonts w:ascii="Times New Roman" w:eastAsiaTheme="majorEastAsia" w:hAnsi="Times New Roman" w:cs="Times New Roman"/>
                <w:color w:val="666666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</w:tcPr>
          <w:p w14:paraId="233142A7" w14:textId="77777777" w:rsidR="005D7D6D" w:rsidRPr="005D7D6D" w:rsidRDefault="005D7D6D" w:rsidP="005D7D6D">
            <w:pPr>
              <w:spacing w:after="0"/>
              <w:jc w:val="center"/>
              <w:rPr>
                <w:rFonts w:ascii="Times New Roman" w:eastAsiaTheme="majorEastAsia" w:hAnsi="Times New Roman" w:cs="Times New Roman"/>
                <w:color w:val="666666"/>
                <w:sz w:val="24"/>
                <w:szCs w:val="24"/>
                <w:lang w:val="pl-PL"/>
              </w:rPr>
            </w:pPr>
          </w:p>
        </w:tc>
      </w:tr>
      <w:tr w:rsidR="005D7D6D" w14:paraId="72C569E4" w14:textId="77777777" w:rsidTr="005D7D6D">
        <w:trPr>
          <w:trHeight w:val="902"/>
        </w:trPr>
        <w:tc>
          <w:tcPr>
            <w:tcW w:w="1471" w:type="dxa"/>
          </w:tcPr>
          <w:p w14:paraId="0BB0C760" w14:textId="77777777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Po</w:t>
            </w:r>
          </w:p>
          <w:p w14:paraId="5E7F4170" w14:textId="7E298605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lekcjach</w:t>
            </w:r>
          </w:p>
        </w:tc>
        <w:tc>
          <w:tcPr>
            <w:tcW w:w="1785" w:type="dxa"/>
          </w:tcPr>
          <w:p w14:paraId="52FE46B8" w14:textId="77777777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</w:tcPr>
          <w:p w14:paraId="7FEBE34C" w14:textId="77777777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</w:tcPr>
          <w:p w14:paraId="177BCE60" w14:textId="77777777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559" w:type="dxa"/>
          </w:tcPr>
          <w:p w14:paraId="03A904C8" w14:textId="77777777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</w:tcPr>
          <w:p w14:paraId="06292036" w14:textId="77777777" w:rsidR="005D7D6D" w:rsidRDefault="005D7D6D" w:rsidP="005D7D6D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4FB37F25" w14:textId="77777777" w:rsidR="005D7D6D" w:rsidRDefault="005D7D6D" w:rsidP="00A43168">
      <w:pPr>
        <w:pStyle w:val="Listapunktowana"/>
        <w:numPr>
          <w:ilvl w:val="0"/>
          <w:numId w:val="0"/>
        </w:numPr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</w:pPr>
    </w:p>
    <w:p w14:paraId="04B56C7F" w14:textId="77777777" w:rsidR="005D7D6D" w:rsidRDefault="005D7D6D" w:rsidP="00A43168">
      <w:pPr>
        <w:pStyle w:val="Listapunktowana"/>
        <w:numPr>
          <w:ilvl w:val="0"/>
          <w:numId w:val="0"/>
        </w:numPr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</w:pPr>
    </w:p>
    <w:p w14:paraId="49E3FEB8" w14:textId="487A9857" w:rsidR="007D5036" w:rsidRDefault="00FC303B" w:rsidP="00A43168">
      <w:pPr>
        <w:pStyle w:val="Listapunktowana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>C</w:t>
      </w:r>
      <w:r w:rsidR="005D7D6D" w:rsidRPr="005D7D6D"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>. O</w:t>
      </w:r>
      <w:r w:rsidR="005D7D6D"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>soby uprawnione do odbierania dziecka</w:t>
      </w:r>
      <w:r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>:</w:t>
      </w:r>
    </w:p>
    <w:tbl>
      <w:tblPr>
        <w:tblStyle w:val="Tabela-Siatka"/>
        <w:tblpPr w:leftFromText="141" w:rightFromText="141" w:vertAnchor="text" w:horzAnchor="margin" w:tblpY="176"/>
        <w:tblW w:w="10247" w:type="dxa"/>
        <w:tblLook w:val="04A0" w:firstRow="1" w:lastRow="0" w:firstColumn="1" w:lastColumn="0" w:noHBand="0" w:noVBand="1"/>
      </w:tblPr>
      <w:tblGrid>
        <w:gridCol w:w="10247"/>
      </w:tblGrid>
      <w:tr w:rsidR="00FC303B" w:rsidRPr="00FC303B" w14:paraId="692D4D28" w14:textId="77777777" w:rsidTr="00FC303B">
        <w:trPr>
          <w:trHeight w:val="2978"/>
        </w:trPr>
        <w:tc>
          <w:tcPr>
            <w:tcW w:w="10247" w:type="dxa"/>
          </w:tcPr>
          <w:p w14:paraId="6002DEE1" w14:textId="183B2A8E" w:rsidR="00FC303B" w:rsidRPr="00603085" w:rsidRDefault="00A43168" w:rsidP="00A43168">
            <w:pPr>
              <w:rPr>
                <w:sz w:val="24"/>
                <w:szCs w:val="24"/>
                <w:lang w:val="pl-PL"/>
              </w:rPr>
            </w:pPr>
            <w:r w:rsidRPr="00603085"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EAC5E13" wp14:editId="26BAFB00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1056005</wp:posOffset>
                      </wp:positionV>
                      <wp:extent cx="3667125" cy="323850"/>
                      <wp:effectExtent l="0" t="0" r="28575" b="19050"/>
                      <wp:wrapNone/>
                      <wp:docPr id="1829324958" name="Pole tekstow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7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AAF2D50" w14:textId="66ECEC1D" w:rsidR="00FC303B" w:rsidRPr="00980DDD" w:rsidRDefault="00FC303B" w:rsidP="00FC303B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pl-PL"/>
                                    </w:rPr>
                                  </w:pPr>
                                  <w:r w:rsidRPr="00980DD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pl-PL"/>
                                    </w:rPr>
                                    <w:t>starsze rodzeństwo niepełnoletnie (imię i nazwisko):</w:t>
                                  </w:r>
                                </w:p>
                                <w:p w14:paraId="7258E1F4" w14:textId="77777777" w:rsidR="00FC303B" w:rsidRDefault="00FC303B" w:rsidP="00FC303B">
                                  <w:pPr>
                                    <w:rPr>
                                      <w:sz w:val="18"/>
                                      <w:szCs w:val="18"/>
                                      <w:lang w:val="pl-PL"/>
                                    </w:rPr>
                                  </w:pPr>
                                </w:p>
                                <w:p w14:paraId="68569159" w14:textId="77777777" w:rsidR="00FC303B" w:rsidRDefault="00FC303B" w:rsidP="00FC303B">
                                  <w:pPr>
                                    <w:rPr>
                                      <w:sz w:val="18"/>
                                      <w:szCs w:val="18"/>
                                      <w:lang w:val="pl-PL"/>
                                    </w:rPr>
                                  </w:pPr>
                                </w:p>
                                <w:p w14:paraId="5BD2861C" w14:textId="77777777" w:rsidR="00FC303B" w:rsidRPr="005D7D6D" w:rsidRDefault="00FC303B" w:rsidP="00FC303B">
                                  <w:pPr>
                                    <w:rPr>
                                      <w:sz w:val="18"/>
                                      <w:szCs w:val="18"/>
                                      <w:lang w:val="pl-P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AC5E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1" o:spid="_x0000_s1026" type="#_x0000_t202" style="position:absolute;margin-left:18.9pt;margin-top:83.15pt;width:288.7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" fillcolor="white [3212]" strokecolor="white [3212]" strokeweight=".5pt">
                      <v:textbox>
                        <w:txbxContent>
                          <w:p w14:paraId="2AAF2D50" w14:textId="66ECEC1D" w:rsidR="00FC303B" w:rsidRPr="00980DDD" w:rsidRDefault="00FC303B" w:rsidP="00FC303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980DD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>starsze rodzeństwo niepełnoletnie (imię i nazwisko):</w:t>
                            </w:r>
                          </w:p>
                          <w:p w14:paraId="7258E1F4" w14:textId="77777777" w:rsidR="00FC303B" w:rsidRDefault="00FC303B" w:rsidP="00FC303B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8569159" w14:textId="77777777" w:rsidR="00FC303B" w:rsidRDefault="00FC303B" w:rsidP="00FC303B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5BD2861C" w14:textId="77777777" w:rsidR="00FC303B" w:rsidRPr="005D7D6D" w:rsidRDefault="00FC303B" w:rsidP="00FC303B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09DC" w:rsidRPr="00603085">
              <w:rPr>
                <w:noProof/>
                <w:sz w:val="24"/>
                <w:szCs w:val="24"/>
                <w:lang w:val="pl-PL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2DDA41BD" wp14:editId="4B59BD6C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36830</wp:posOffset>
                      </wp:positionV>
                      <wp:extent cx="2566670" cy="257175"/>
                      <wp:effectExtent l="0" t="0" r="24130" b="28575"/>
                      <wp:wrapSquare wrapText="bothSides"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667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A6D834" w14:textId="033BD30B" w:rsidR="00603085" w:rsidRPr="00980DDD" w:rsidRDefault="0060308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pl-PL"/>
                                    </w:rPr>
                                  </w:pPr>
                                  <w:r w:rsidRPr="00980DD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pl-PL"/>
                                    </w:rPr>
                                    <w:t>rodzice / opiekunowie prawni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DA41BD" id="Pole tekstowe 2" o:spid="_x0000_s1027" type="#_x0000_t202" style="position:absolute;margin-left:20.4pt;margin-top:2.9pt;width:202.1pt;height:20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" strokecolor="white [3212]">
                      <v:textbox>
                        <w:txbxContent>
                          <w:p w14:paraId="26A6D834" w14:textId="033BD30B" w:rsidR="00603085" w:rsidRPr="00980DDD" w:rsidRDefault="0060308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980DD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>rodzice / opiekunowie prawni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09DC" w:rsidRPr="00603085"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2909D35" wp14:editId="1E9E9529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132080</wp:posOffset>
                      </wp:positionV>
                      <wp:extent cx="100330" cy="100330"/>
                      <wp:effectExtent l="0" t="0" r="13970" b="13970"/>
                      <wp:wrapNone/>
                      <wp:docPr id="1691703845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330" cy="100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D30907" id="Prostokąt 2" o:spid="_x0000_s1026" style="position:absolute;margin-left:7.75pt;margin-top:10.4pt;width:7.9pt;height:7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" fillcolor="window" strokecolor="windowText" strokeweight="1pt"/>
                  </w:pict>
                </mc:Fallback>
              </mc:AlternateContent>
            </w:r>
            <w:r w:rsidR="00603085" w:rsidRPr="00603085"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FD460DC" wp14:editId="35622D4B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368935</wp:posOffset>
                      </wp:positionV>
                      <wp:extent cx="3600450" cy="281305"/>
                      <wp:effectExtent l="0" t="0" r="19050" b="23495"/>
                      <wp:wrapNone/>
                      <wp:docPr id="1921978840" name="Pole tekstow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450" cy="2813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03F05E37" w14:textId="603F78EB" w:rsidR="00FC303B" w:rsidRPr="00980DDD" w:rsidRDefault="00FC303B" w:rsidP="00FC303B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pl-PL"/>
                                    </w:rPr>
                                  </w:pPr>
                                  <w:bookmarkStart w:id="1" w:name="_Hlk239603803"/>
                                  <w:r w:rsidRPr="00980DD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pl-PL"/>
                                    </w:rPr>
                                    <w:t>inne upoważnione osoby</w:t>
                                  </w:r>
                                  <w:r w:rsidRPr="00980DD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pl-PL"/>
                                    </w:rPr>
                                    <w:t xml:space="preserve"> (imię i nazwisko):</w:t>
                                  </w:r>
                                </w:p>
                                <w:bookmarkEnd w:id="1"/>
                                <w:p w14:paraId="3CC5137F" w14:textId="77777777" w:rsidR="00FC303B" w:rsidRPr="00980DDD" w:rsidRDefault="00FC303B" w:rsidP="00FC303B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pl-PL"/>
                                    </w:rPr>
                                  </w:pPr>
                                </w:p>
                                <w:p w14:paraId="1D6A215E" w14:textId="375B186E" w:rsidR="00FC303B" w:rsidRPr="00FC303B" w:rsidRDefault="00FC303B" w:rsidP="00FC303B">
                                  <w:pPr>
                                    <w:rPr>
                                      <w:sz w:val="24"/>
                                      <w:szCs w:val="24"/>
                                      <w:lang w:val="pl-PL"/>
                                    </w:rPr>
                                  </w:pPr>
                                  <w:r w:rsidRPr="00FC303B">
                                    <w:rPr>
                                      <w:sz w:val="24"/>
                                      <w:szCs w:val="24"/>
                                      <w:lang w:val="pl-PL"/>
                                    </w:rPr>
                                    <w:t>pełnoletnie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D460DC" id="Pole tekstowe 9" o:spid="_x0000_s1028" type="#_x0000_t202" style="position:absolute;margin-left:20.2pt;margin-top:29.05pt;width:283.5pt;height:22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" fillcolor="white [3201]" strokecolor="white [3212]" strokeweight=".5pt">
                      <v:textbox>
                        <w:txbxContent>
                          <w:p w14:paraId="03F05E37" w14:textId="603F78EB" w:rsidR="00FC303B" w:rsidRPr="00980DDD" w:rsidRDefault="00FC303B" w:rsidP="00FC303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</w:pPr>
                            <w:bookmarkStart w:id="2" w:name="_Hlk239603803"/>
                            <w:r w:rsidRPr="00980DD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>inne upoważnione osoby</w:t>
                            </w:r>
                            <w:r w:rsidRPr="00980DD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 xml:space="preserve"> (imię i nazwisko):</w:t>
                            </w:r>
                          </w:p>
                          <w:bookmarkEnd w:id="2"/>
                          <w:p w14:paraId="3CC5137F" w14:textId="77777777" w:rsidR="00FC303B" w:rsidRPr="00980DDD" w:rsidRDefault="00FC303B" w:rsidP="00FC303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</w:pPr>
                          </w:p>
                          <w:p w14:paraId="1D6A215E" w14:textId="375B186E" w:rsidR="00FC303B" w:rsidRPr="00FC303B" w:rsidRDefault="00FC303B" w:rsidP="00FC303B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FC303B">
                              <w:rPr>
                                <w:sz w:val="24"/>
                                <w:szCs w:val="24"/>
                                <w:lang w:val="pl-PL"/>
                              </w:rPr>
                              <w:t>pełnoletnie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3085" w:rsidRPr="00603085"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D0B34E" wp14:editId="523CF560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424815</wp:posOffset>
                      </wp:positionV>
                      <wp:extent cx="100330" cy="100330"/>
                      <wp:effectExtent l="0" t="0" r="13970" b="13970"/>
                      <wp:wrapNone/>
                      <wp:docPr id="475954800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330" cy="100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49D6C6" id="Prostokąt 2" o:spid="_x0000_s1026" style="position:absolute;margin-left:8pt;margin-top:33.45pt;width:7.9pt;height:7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" fillcolor="window" strokecolor="windowText" strokeweight="1pt"/>
                  </w:pict>
                </mc:Fallback>
              </mc:AlternateContent>
            </w:r>
            <w:r w:rsidR="00603085" w:rsidRPr="00603085"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E6EF266" wp14:editId="40299E15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1145540</wp:posOffset>
                      </wp:positionV>
                      <wp:extent cx="100330" cy="100330"/>
                      <wp:effectExtent l="0" t="0" r="13970" b="13970"/>
                      <wp:wrapNone/>
                      <wp:docPr id="69739921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330" cy="100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3F6E9C" id="Prostokąt 2" o:spid="_x0000_s1026" style="position:absolute;margin-left:7.25pt;margin-top:90.2pt;width:7.9pt;height:7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" fillcolor="window" strokecolor="windowText" strokeweight="1pt"/>
                  </w:pict>
                </mc:Fallback>
              </mc:AlternateContent>
            </w:r>
            <w:r w:rsidR="00603085" w:rsidRPr="00603085"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9F5D532" wp14:editId="1CC450CB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1627505</wp:posOffset>
                      </wp:positionV>
                      <wp:extent cx="4707890" cy="244475"/>
                      <wp:effectExtent l="0" t="0" r="16510" b="22225"/>
                      <wp:wrapNone/>
                      <wp:docPr id="145324679" name="Pole tekstow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07890" cy="244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72405FFC" w14:textId="77777777" w:rsidR="00FC303B" w:rsidRPr="00FC303B" w:rsidRDefault="00FC303B" w:rsidP="00FC303B">
                                  <w:pPr>
                                    <w:rPr>
                                      <w:sz w:val="24"/>
                                      <w:szCs w:val="24"/>
                                      <w:lang w:val="pl-PL"/>
                                    </w:rPr>
                                  </w:pPr>
                                  <w:r w:rsidRPr="00980DD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pl-PL"/>
                                    </w:rPr>
                                    <w:t>dziecko będzie wracało do domu samodzielnie</w:t>
                                  </w:r>
                                  <w:r w:rsidRPr="00FC303B">
                                    <w:rPr>
                                      <w:sz w:val="24"/>
                                      <w:szCs w:val="24"/>
                                      <w:lang w:val="pl-PL"/>
                                    </w:rPr>
                                    <w:t>*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5D532" id="Pole tekstowe 12" o:spid="_x0000_s1029" type="#_x0000_t202" style="position:absolute;margin-left:18.9pt;margin-top:128.15pt;width:370.7pt;height:1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" fillcolor="white [3212]" strokecolor="white [3212]" strokeweight=".5pt">
                      <v:textbox>
                        <w:txbxContent>
                          <w:p w14:paraId="72405FFC" w14:textId="77777777" w:rsidR="00FC303B" w:rsidRPr="00FC303B" w:rsidRDefault="00FC303B" w:rsidP="00FC303B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980DD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>dziecko będzie wracało do domu samodzielnie</w:t>
                            </w:r>
                            <w:r w:rsidRPr="00FC303B">
                              <w:rPr>
                                <w:sz w:val="24"/>
                                <w:szCs w:val="24"/>
                                <w:lang w:val="pl-PL"/>
                              </w:rPr>
                              <w:t>*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303B" w:rsidRPr="00603085"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C512BE4" wp14:editId="08CFBA7E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1691640</wp:posOffset>
                      </wp:positionV>
                      <wp:extent cx="100330" cy="100330"/>
                      <wp:effectExtent l="0" t="0" r="13970" b="13970"/>
                      <wp:wrapNone/>
                      <wp:docPr id="251855757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330" cy="100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14F213" id="Prostokąt 2" o:spid="_x0000_s1026" style="position:absolute;margin-left:6.65pt;margin-top:133.2pt;width:7.9pt;height:7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" fillcolor="window" strokecolor="windowText" strokeweight="1pt"/>
                  </w:pict>
                </mc:Fallback>
              </mc:AlternateContent>
            </w:r>
          </w:p>
        </w:tc>
      </w:tr>
    </w:tbl>
    <w:p w14:paraId="0CC82D61" w14:textId="3CAB4752" w:rsidR="00FC303B" w:rsidRDefault="00FC303B" w:rsidP="00A43168">
      <w:pPr>
        <w:rPr>
          <w:sz w:val="18"/>
          <w:szCs w:val="18"/>
          <w:lang w:val="pl-PL"/>
        </w:rPr>
      </w:pPr>
    </w:p>
    <w:p w14:paraId="39BA1C7D" w14:textId="626AFC02" w:rsidR="00FC303B" w:rsidRPr="00980DDD" w:rsidRDefault="00FC303B" w:rsidP="00A43168">
      <w:pPr>
        <w:rPr>
          <w:rFonts w:ascii="Times New Roman" w:hAnsi="Times New Roman" w:cs="Times New Roman"/>
          <w:sz w:val="18"/>
          <w:szCs w:val="18"/>
          <w:lang w:val="pl-PL"/>
        </w:rPr>
      </w:pPr>
      <w:r w:rsidRPr="00980DDD">
        <w:rPr>
          <w:rFonts w:ascii="Times New Roman" w:hAnsi="Times New Roman" w:cs="Times New Roman"/>
          <w:sz w:val="18"/>
          <w:szCs w:val="18"/>
          <w:lang w:val="pl-PL"/>
        </w:rPr>
        <w:t>*W przypadku samodzielnego powrotu do domu przez dziecko, które ukończyło 7 rok życia, rodzice/opiekunowie prawni zobowiązani są do podpisania zgody zawartej w kolejnej tabeli.</w:t>
      </w:r>
    </w:p>
    <w:p w14:paraId="279AC119" w14:textId="200945F7" w:rsidR="007D5036" w:rsidRDefault="007D5036" w:rsidP="00A43168">
      <w:pPr>
        <w:pStyle w:val="Listapunktowana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  <w:lang w:val="pl-PL"/>
        </w:rPr>
      </w:pPr>
    </w:p>
    <w:p w14:paraId="1F0B7ED1" w14:textId="649801D6" w:rsidR="6B199D36" w:rsidRDefault="009D09DC" w:rsidP="00A43168">
      <w:pPr>
        <w:pStyle w:val="Listapunktowana"/>
        <w:numPr>
          <w:ilvl w:val="0"/>
          <w:numId w:val="0"/>
        </w:numPr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</w:pPr>
      <w:r w:rsidRPr="009D09DC">
        <w:rPr>
          <w:rFonts w:ascii="Times New Roman" w:eastAsiaTheme="majorEastAsia" w:hAnsi="Times New Roman" w:cs="Times New Roman"/>
          <w:b/>
          <w:bCs/>
          <w:noProof/>
          <w:sz w:val="26"/>
          <w:szCs w:val="28"/>
          <w:lang w:val="pl-PL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DBF6533" wp14:editId="4AA04A73">
                <wp:simplePos x="0" y="0"/>
                <wp:positionH relativeFrom="column">
                  <wp:posOffset>-2540</wp:posOffset>
                </wp:positionH>
                <wp:positionV relativeFrom="paragraph">
                  <wp:posOffset>283210</wp:posOffset>
                </wp:positionV>
                <wp:extent cx="6486525" cy="952500"/>
                <wp:effectExtent l="0" t="0" r="28575" b="19050"/>
                <wp:wrapSquare wrapText="bothSides"/>
                <wp:docPr id="32280625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4FA57" w14:textId="64068A6F" w:rsidR="009D09DC" w:rsidRDefault="009D09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9D09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>Wyrażam zgodę na samodzielny powrót mojego dziecka do domu z zajęć świetlicowych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>.</w:t>
                            </w:r>
                          </w:p>
                          <w:p w14:paraId="6F5AE333" w14:textId="77777777" w:rsidR="0042039E" w:rsidRDefault="0042039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</w:pPr>
                          </w:p>
                          <w:p w14:paraId="2FDD79DD" w14:textId="77777777" w:rsidR="00980DDD" w:rsidRDefault="00980DDD" w:rsidP="0042039E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pl-PL"/>
                              </w:rPr>
                            </w:pPr>
                            <w:bookmarkStart w:id="3" w:name="_Hlk239606114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pl-PL"/>
                              </w:rPr>
                              <w:t>________________________________</w:t>
                            </w:r>
                          </w:p>
                          <w:p w14:paraId="23CD1059" w14:textId="4A300931" w:rsidR="0042039E" w:rsidRPr="0042039E" w:rsidRDefault="0042039E" w:rsidP="0042039E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42039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pl-PL"/>
                              </w:rPr>
                              <w:t>(podpis rodzica / opiekuna prawnego)</w:t>
                            </w:r>
                          </w:p>
                          <w:bookmarkEnd w:id="3"/>
                          <w:p w14:paraId="60CEE328" w14:textId="77777777" w:rsidR="00980DDD" w:rsidRDefault="00980D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F6533" id="_x0000_s1030" type="#_x0000_t202" style="position:absolute;margin-left:-.2pt;margin-top:22.3pt;width:510.75pt;height: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">
                <v:textbox>
                  <w:txbxContent>
                    <w:p w14:paraId="4784FA57" w14:textId="64068A6F" w:rsidR="009D09DC" w:rsidRDefault="009D09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</w:pPr>
                      <w:r w:rsidRPr="009D09D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  <w:t>Wyrażam zgodę na samodzielny powrót mojego dziecka do domu z zajęć świetlicowych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  <w:t>.</w:t>
                      </w:r>
                    </w:p>
                    <w:p w14:paraId="6F5AE333" w14:textId="77777777" w:rsidR="0042039E" w:rsidRDefault="0042039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</w:pPr>
                    </w:p>
                    <w:p w14:paraId="2FDD79DD" w14:textId="77777777" w:rsidR="00980DDD" w:rsidRDefault="00980DDD" w:rsidP="0042039E">
                      <w:pPr>
                        <w:spacing w:line="240" w:lineRule="auto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pl-PL"/>
                        </w:rPr>
                      </w:pPr>
                      <w:bookmarkStart w:id="4" w:name="_Hlk239606114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pl-PL"/>
                        </w:rPr>
                        <w:t>________________________________</w:t>
                      </w:r>
                    </w:p>
                    <w:p w14:paraId="23CD1059" w14:textId="4A300931" w:rsidR="0042039E" w:rsidRPr="0042039E" w:rsidRDefault="0042039E" w:rsidP="0042039E">
                      <w:pPr>
                        <w:spacing w:line="240" w:lineRule="auto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pl-PL"/>
                        </w:rPr>
                      </w:pPr>
                      <w:r w:rsidRPr="0042039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pl-PL"/>
                        </w:rPr>
                        <w:t>(podpis rodzica / opiekuna prawnego)</w:t>
                      </w:r>
                    </w:p>
                    <w:bookmarkEnd w:id="4"/>
                    <w:p w14:paraId="60CEE328" w14:textId="77777777" w:rsidR="00980DDD" w:rsidRDefault="00980DDD"/>
                  </w:txbxContent>
                </v:textbox>
                <w10:wrap type="square"/>
              </v:shape>
            </w:pict>
          </mc:Fallback>
        </mc:AlternateContent>
      </w:r>
      <w:bookmarkStart w:id="5" w:name="_Hlk239605162"/>
      <w:r w:rsidR="0042039E"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>D</w:t>
      </w:r>
      <w:r w:rsidR="00FC303B" w:rsidRPr="005D7D6D"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 xml:space="preserve">. </w:t>
      </w:r>
      <w:r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 xml:space="preserve">Zgoda dotycząca samodzielnego </w:t>
      </w:r>
      <w:bookmarkEnd w:id="5"/>
      <w:r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>powrotu do domu</w:t>
      </w:r>
    </w:p>
    <w:p w14:paraId="083ADDD0" w14:textId="5F45E437" w:rsidR="009D09DC" w:rsidRDefault="009D09DC" w:rsidP="00A43168">
      <w:pPr>
        <w:pStyle w:val="Listapunktowana"/>
        <w:numPr>
          <w:ilvl w:val="0"/>
          <w:numId w:val="0"/>
        </w:numPr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</w:pPr>
    </w:p>
    <w:p w14:paraId="3FAC80BB" w14:textId="1BFFB469" w:rsidR="009D09DC" w:rsidRDefault="00A43168" w:rsidP="00A43168">
      <w:pPr>
        <w:pStyle w:val="Listapunktowana"/>
        <w:numPr>
          <w:ilvl w:val="0"/>
          <w:numId w:val="0"/>
        </w:numPr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</w:pPr>
      <w:r w:rsidRPr="0042039E">
        <w:rPr>
          <w:rFonts w:ascii="Times New Roman" w:eastAsiaTheme="majorEastAsia" w:hAnsi="Times New Roman" w:cs="Times New Roman"/>
          <w:b/>
          <w:bCs/>
          <w:noProof/>
          <w:sz w:val="26"/>
          <w:szCs w:val="28"/>
          <w:lang w:val="pl-PL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DF589C1" wp14:editId="508F67E8">
                <wp:simplePos x="0" y="0"/>
                <wp:positionH relativeFrom="column">
                  <wp:posOffset>45085</wp:posOffset>
                </wp:positionH>
                <wp:positionV relativeFrom="paragraph">
                  <wp:posOffset>1139825</wp:posOffset>
                </wp:positionV>
                <wp:extent cx="6438900" cy="847725"/>
                <wp:effectExtent l="0" t="0" r="19050" b="28575"/>
                <wp:wrapSquare wrapText="bothSides"/>
                <wp:docPr id="208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4DF25" w14:textId="3CA3EC0C" w:rsidR="0042039E" w:rsidRPr="0042039E" w:rsidRDefault="0042039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203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>Oświadczam, że w przypadku jakichkolwiek zmian w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 xml:space="preserve"> godzinac</w:t>
                            </w:r>
                            <w:r w:rsidR="00A4316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 xml:space="preserve"> przebywania dziecka na świetlicy oraz w</w:t>
                            </w:r>
                            <w:r w:rsidRPr="004203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 xml:space="preserve"> sposobie odbierania lub powrotu dziecka ze świetlicy do domu przekażę niezwłocznie informację w formie pisemnej bezpośrednio wychowawcy</w:t>
                            </w:r>
                            <w:r w:rsidR="00A4316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 xml:space="preserve"> lub opiekunowi</w:t>
                            </w:r>
                            <w:r w:rsidRPr="004203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 xml:space="preserve"> świetlicy.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589C1" id="_x0000_s1031" type="#_x0000_t202" style="position:absolute;margin-left:3.55pt;margin-top:89.75pt;width:507pt;height:66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dqVEgIAACYEAAAOAAAAZHJzL2Uyb0RvYy54bWysU9tu2zAMfR+wfxD0vjjJkjYx4hRdugwD&#10;ugvQ7QNkWY6FyaJGKbGzry+luGl2wR6G6UEgReqQPCRXN31r2EGh12ALPhmNOVNWQqXtruBfv2xf&#10;LTj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">
                <v:textbox>
                  <w:txbxContent>
                    <w:p w14:paraId="3E24DF25" w14:textId="3CA3EC0C" w:rsidR="0042039E" w:rsidRPr="0042039E" w:rsidRDefault="0042039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</w:pPr>
                      <w:r w:rsidRPr="0042039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  <w:t>Oświadczam, że w przypadku jakichkolwiek zmian w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  <w:t xml:space="preserve"> godzinac</w:t>
                      </w:r>
                      <w:r w:rsidR="00A4316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  <w:t xml:space="preserve"> przebywania dziecka na świetlicy oraz w</w:t>
                      </w:r>
                      <w:r w:rsidRPr="0042039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  <w:t xml:space="preserve"> sposobie odbierania lub powrotu dziecka ze świetlicy do domu przekażę niezwłocznie informację w formie pisemnej bezpośrednio wychowawcy</w:t>
                      </w:r>
                      <w:r w:rsidR="00A4316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  <w:t xml:space="preserve"> lub opiekunowi</w:t>
                      </w:r>
                      <w:r w:rsidRPr="0042039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  <w:t xml:space="preserve"> świetlicy.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2039E">
        <w:rPr>
          <w:rFonts w:ascii="Times New Roman" w:eastAsiaTheme="majorEastAsia" w:hAnsi="Times New Roman" w:cs="Times New Roman"/>
          <w:b/>
          <w:bCs/>
          <w:noProof/>
          <w:sz w:val="26"/>
          <w:szCs w:val="28"/>
          <w:lang w:val="pl-PL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D2EDDD2" wp14:editId="09283DD6">
                <wp:simplePos x="0" y="0"/>
                <wp:positionH relativeFrom="column">
                  <wp:posOffset>45085</wp:posOffset>
                </wp:positionH>
                <wp:positionV relativeFrom="paragraph">
                  <wp:posOffset>282575</wp:posOffset>
                </wp:positionV>
                <wp:extent cx="6438900" cy="723900"/>
                <wp:effectExtent l="0" t="0" r="19050" b="19050"/>
                <wp:wrapSquare wrapText="bothSides"/>
                <wp:docPr id="76562460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7E7BA" w14:textId="18819EB5" w:rsidR="0042039E" w:rsidRPr="0042039E" w:rsidRDefault="0042039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203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>Oświadczam, że od momentu wyjścia dziecka ze świetlicy szkolnej z rodzicem, inną upoważnioną osobą pełnoletnią lub starszym rodzeństwem (niepełnoletnim) biorę całkowitą odpowiedzialność prawną za bezpieczny powrót dziecka do domu.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EDDD2" id="_x0000_s1032" type="#_x0000_t202" style="position:absolute;margin-left:3.55pt;margin-top:22.25pt;width:507pt;height:57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">
                <v:textbox>
                  <w:txbxContent>
                    <w:p w14:paraId="3AA7E7BA" w14:textId="18819EB5" w:rsidR="0042039E" w:rsidRPr="0042039E" w:rsidRDefault="0042039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</w:pPr>
                      <w:r w:rsidRPr="0042039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  <w:t>Oświadczam, że od momentu wyjścia dziecka ze świetlicy szkolnej z rodzicem, inną upoważnioną osobą pełnoletnią lub starszym rodzeństwem (niepełnoletnim) biorę całkowitą odpowiedzialność prawną za bezpieczny powrót dziecka do domu.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2039E"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>E</w:t>
      </w:r>
      <w:r w:rsidR="0042039E" w:rsidRPr="005D7D6D"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 xml:space="preserve">. </w:t>
      </w:r>
      <w:r w:rsidR="0042039E"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>Oświadczenie</w:t>
      </w:r>
    </w:p>
    <w:p w14:paraId="4162696C" w14:textId="77777777" w:rsidR="009D09DC" w:rsidRDefault="009D09DC" w:rsidP="00A43168">
      <w:pPr>
        <w:pStyle w:val="Listapunktowana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  <w:lang w:val="pl-PL"/>
        </w:rPr>
      </w:pPr>
    </w:p>
    <w:p w14:paraId="14A09A6D" w14:textId="191D96A3" w:rsidR="009D09DC" w:rsidRDefault="00A43168" w:rsidP="0042039E">
      <w:pPr>
        <w:pStyle w:val="Listapunktowana"/>
        <w:numPr>
          <w:ilvl w:val="0"/>
          <w:numId w:val="0"/>
        </w:numPr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</w:pPr>
      <w:r w:rsidRPr="00A43168">
        <w:rPr>
          <w:rFonts w:ascii="Times New Roman" w:hAnsi="Times New Roman" w:cs="Times New Roman"/>
          <w:noProof/>
          <w:sz w:val="24"/>
          <w:szCs w:val="24"/>
          <w:lang w:val="pl-PL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534736D" wp14:editId="0310BAE6">
                <wp:simplePos x="0" y="0"/>
                <wp:positionH relativeFrom="column">
                  <wp:posOffset>45085</wp:posOffset>
                </wp:positionH>
                <wp:positionV relativeFrom="paragraph">
                  <wp:posOffset>287655</wp:posOffset>
                </wp:positionV>
                <wp:extent cx="6438900" cy="581025"/>
                <wp:effectExtent l="0" t="0" r="19050" b="28575"/>
                <wp:wrapSquare wrapText="bothSides"/>
                <wp:docPr id="4654583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A02DB" w14:textId="77777777" w:rsidR="00A43168" w:rsidRPr="00A43168" w:rsidRDefault="00A43168" w:rsidP="00A4316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A4316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  <w:t>Informacja na temat przetwarzania podanych wyżej danych osobowych znajduje się na stronie internetowej szkoły.</w:t>
                            </w:r>
                          </w:p>
                          <w:p w14:paraId="4BFCAFF9" w14:textId="0B3CA0EE" w:rsidR="00A43168" w:rsidRPr="00A43168" w:rsidRDefault="00A4316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4736D" id="_x0000_s1033" type="#_x0000_t202" style="position:absolute;margin-left:3.55pt;margin-top:22.65pt;width:507pt;height:45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">
                <v:textbox>
                  <w:txbxContent>
                    <w:p w14:paraId="001A02DB" w14:textId="77777777" w:rsidR="00A43168" w:rsidRPr="00A43168" w:rsidRDefault="00A43168" w:rsidP="00A4316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</w:pPr>
                      <w:r w:rsidRPr="00A4316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  <w:t>Informacja na temat przetwarzania podanych wyżej danych osobowych znajduje się na stronie internetowej szkoły.</w:t>
                      </w:r>
                    </w:p>
                    <w:p w14:paraId="4BFCAFF9" w14:textId="0B3CA0EE" w:rsidR="00A43168" w:rsidRPr="00A43168" w:rsidRDefault="00A4316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l-P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2039E"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>D</w:t>
      </w:r>
      <w:r w:rsidR="0042039E" w:rsidRPr="005D7D6D"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 xml:space="preserve">. </w:t>
      </w:r>
      <w:r>
        <w:rPr>
          <w:rFonts w:ascii="Times New Roman" w:eastAsiaTheme="majorEastAsia" w:hAnsi="Times New Roman" w:cs="Times New Roman"/>
          <w:b/>
          <w:bCs/>
          <w:sz w:val="26"/>
          <w:szCs w:val="28"/>
          <w:lang w:val="pl-PL"/>
        </w:rPr>
        <w:t>Informacja</w:t>
      </w:r>
    </w:p>
    <w:p w14:paraId="40D03F5C" w14:textId="44B61A59" w:rsidR="00A43168" w:rsidRDefault="00A43168" w:rsidP="0042039E">
      <w:pPr>
        <w:pStyle w:val="Listapunktowana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  <w:lang w:val="pl-PL"/>
        </w:rPr>
      </w:pPr>
    </w:p>
    <w:p w14:paraId="0417C14C" w14:textId="77777777" w:rsidR="007464E0" w:rsidRDefault="007464E0" w:rsidP="0042039E">
      <w:pPr>
        <w:pStyle w:val="Listapunktowana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  <w:lang w:val="pl-PL"/>
        </w:rPr>
      </w:pPr>
    </w:p>
    <w:p w14:paraId="47916851" w14:textId="77777777" w:rsidR="007464E0" w:rsidRDefault="007464E0" w:rsidP="0042039E">
      <w:pPr>
        <w:pStyle w:val="Listapunktowana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  <w:lang w:val="pl-PL"/>
        </w:rPr>
      </w:pPr>
    </w:p>
    <w:p w14:paraId="69F81EA1" w14:textId="17971BBD" w:rsidR="00A43168" w:rsidRPr="00A43168" w:rsidRDefault="00A43168" w:rsidP="00980DDD">
      <w:pPr>
        <w:tabs>
          <w:tab w:val="left" w:pos="7320"/>
          <w:tab w:val="left" w:pos="7575"/>
        </w:tabs>
        <w:rPr>
          <w:rFonts w:ascii="Calibri" w:eastAsia="Calibri" w:hAnsi="Calibri" w:cs="Times New Roman"/>
          <w:kern w:val="2"/>
          <w:sz w:val="22"/>
          <w:lang w:val="pl-PL"/>
          <w14:ligatures w14:val="standardContextual"/>
        </w:rPr>
      </w:pPr>
      <w:r w:rsidRPr="00A43168">
        <w:rPr>
          <w:lang w:val="pl-PL"/>
        </w:rPr>
        <w:t xml:space="preserve">         </w:t>
      </w:r>
      <w:r w:rsidRPr="00A43168">
        <w:rPr>
          <w:rFonts w:ascii="Calibri" w:eastAsia="Calibri" w:hAnsi="Calibri" w:cs="Times New Roman"/>
          <w:kern w:val="2"/>
          <w:sz w:val="22"/>
          <w:lang w:val="pl-PL"/>
          <w14:ligatures w14:val="standardContextual"/>
        </w:rPr>
        <w:t>Miechucino, dnia</w:t>
      </w:r>
      <w:r w:rsidR="00980DDD">
        <w:rPr>
          <w:rFonts w:ascii="Calibri" w:eastAsia="Calibri" w:hAnsi="Calibri" w:cs="Times New Roman"/>
          <w:kern w:val="2"/>
          <w:sz w:val="22"/>
          <w:lang w:val="pl-PL"/>
          <w14:ligatures w14:val="standardContextual"/>
        </w:rPr>
        <w:t xml:space="preserve"> _________________</w:t>
      </w:r>
      <w:r w:rsidR="00980DDD">
        <w:rPr>
          <w:rFonts w:ascii="Calibri" w:eastAsia="Calibri" w:hAnsi="Calibri" w:cs="Times New Roman"/>
          <w:kern w:val="2"/>
          <w:sz w:val="22"/>
          <w:lang w:val="pl-PL"/>
          <w14:ligatures w14:val="standardContextual"/>
        </w:rPr>
        <w:tab/>
        <w:t>__________________________</w:t>
      </w:r>
    </w:p>
    <w:p w14:paraId="1796EE48" w14:textId="0709F4E4" w:rsidR="00980DDD" w:rsidRPr="00980DDD" w:rsidRDefault="00A43168" w:rsidP="00980DDD">
      <w:pPr>
        <w:tabs>
          <w:tab w:val="left" w:pos="8565"/>
        </w:tabs>
        <w:ind w:left="7230"/>
        <w:rPr>
          <w:sz w:val="18"/>
          <w:szCs w:val="18"/>
          <w:lang w:val="pl-PL"/>
        </w:rPr>
      </w:pPr>
      <w:r w:rsidRPr="00980DDD">
        <w:rPr>
          <w:sz w:val="18"/>
          <w:szCs w:val="18"/>
          <w:lang w:val="pl-PL"/>
        </w:rPr>
        <w:t xml:space="preserve">   </w:t>
      </w:r>
      <w:r w:rsidR="00980DDD" w:rsidRPr="00980DDD">
        <w:rPr>
          <w:sz w:val="18"/>
          <w:szCs w:val="18"/>
          <w:lang w:val="pl-PL"/>
        </w:rPr>
        <w:t>(podpis rodzica / opiekuna</w:t>
      </w:r>
      <w:r w:rsidR="00980DDD">
        <w:rPr>
          <w:sz w:val="18"/>
          <w:szCs w:val="18"/>
          <w:lang w:val="pl-PL"/>
        </w:rPr>
        <w:t xml:space="preserve"> </w:t>
      </w:r>
      <w:r w:rsidR="00980DDD" w:rsidRPr="00980DDD">
        <w:rPr>
          <w:sz w:val="18"/>
          <w:szCs w:val="18"/>
          <w:lang w:val="pl-PL"/>
        </w:rPr>
        <w:t>prawnego)</w:t>
      </w:r>
    </w:p>
    <w:p w14:paraId="7604F72C" w14:textId="14400CF6" w:rsidR="00A43168" w:rsidRPr="00A43168" w:rsidRDefault="00A43168" w:rsidP="00980DDD">
      <w:pPr>
        <w:tabs>
          <w:tab w:val="left" w:pos="8565"/>
        </w:tabs>
        <w:rPr>
          <w:lang w:val="pl-PL"/>
        </w:rPr>
      </w:pPr>
    </w:p>
    <w:sectPr w:rsidR="00A43168" w:rsidRPr="00A43168" w:rsidSect="00A43168">
      <w:footerReference w:type="default" r:id="rId12"/>
      <w:pgSz w:w="12240" w:h="15840"/>
      <w:pgMar w:top="426" w:right="964" w:bottom="567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C96CB" w14:textId="77777777" w:rsidR="00D07C02" w:rsidRDefault="00D07C02">
      <w:pPr>
        <w:spacing w:after="0" w:line="240" w:lineRule="auto"/>
      </w:pPr>
      <w:r>
        <w:separator/>
      </w:r>
    </w:p>
  </w:endnote>
  <w:endnote w:type="continuationSeparator" w:id="0">
    <w:p w14:paraId="219819DB" w14:textId="77777777" w:rsidR="00D07C02" w:rsidRDefault="00D07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5D0D7" w14:textId="753673A0" w:rsidR="00AC3325" w:rsidRDefault="00AC332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F8EDA" w14:textId="77777777" w:rsidR="00D07C02" w:rsidRDefault="00D07C02">
      <w:pPr>
        <w:spacing w:after="0" w:line="240" w:lineRule="auto"/>
      </w:pPr>
      <w:r>
        <w:separator/>
      </w:r>
    </w:p>
  </w:footnote>
  <w:footnote w:type="continuationSeparator" w:id="0">
    <w:p w14:paraId="3BD5C3EB" w14:textId="77777777" w:rsidR="00D07C02" w:rsidRDefault="00D07C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47CF2D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6174401">
    <w:abstractNumId w:val="8"/>
  </w:num>
  <w:num w:numId="2" w16cid:durableId="61031802">
    <w:abstractNumId w:val="6"/>
  </w:num>
  <w:num w:numId="3" w16cid:durableId="460463752">
    <w:abstractNumId w:val="5"/>
  </w:num>
  <w:num w:numId="4" w16cid:durableId="440802674">
    <w:abstractNumId w:val="4"/>
  </w:num>
  <w:num w:numId="5" w16cid:durableId="1803186330">
    <w:abstractNumId w:val="7"/>
  </w:num>
  <w:num w:numId="6" w16cid:durableId="1948152759">
    <w:abstractNumId w:val="3"/>
  </w:num>
  <w:num w:numId="7" w16cid:durableId="1562211774">
    <w:abstractNumId w:val="2"/>
  </w:num>
  <w:num w:numId="8" w16cid:durableId="1997412399">
    <w:abstractNumId w:val="1"/>
  </w:num>
  <w:num w:numId="9" w16cid:durableId="198906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3342"/>
    <w:rsid w:val="00233862"/>
    <w:rsid w:val="0029639D"/>
    <w:rsid w:val="002A2F7E"/>
    <w:rsid w:val="002D332B"/>
    <w:rsid w:val="00326F90"/>
    <w:rsid w:val="00345929"/>
    <w:rsid w:val="0042039E"/>
    <w:rsid w:val="0048623F"/>
    <w:rsid w:val="005D7D6D"/>
    <w:rsid w:val="00603085"/>
    <w:rsid w:val="006F2464"/>
    <w:rsid w:val="007464E0"/>
    <w:rsid w:val="007D5036"/>
    <w:rsid w:val="00980DDD"/>
    <w:rsid w:val="009D09DC"/>
    <w:rsid w:val="00A43168"/>
    <w:rsid w:val="00AA1D8D"/>
    <w:rsid w:val="00AC3325"/>
    <w:rsid w:val="00B31888"/>
    <w:rsid w:val="00B47730"/>
    <w:rsid w:val="00CB0664"/>
    <w:rsid w:val="00D07C02"/>
    <w:rsid w:val="00E9651B"/>
    <w:rsid w:val="00FC303B"/>
    <w:rsid w:val="00FC693F"/>
    <w:rsid w:val="0F9E52B6"/>
    <w:rsid w:val="19CC53FF"/>
    <w:rsid w:val="38629639"/>
    <w:rsid w:val="3A9A039C"/>
    <w:rsid w:val="40EDE929"/>
    <w:rsid w:val="63DD5815"/>
    <w:rsid w:val="6649AC5C"/>
    <w:rsid w:val="6B199D36"/>
    <w:rsid w:val="74D18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84A442"/>
  <w14:defaultImageDpi w14:val="300"/>
  <w15:docId w15:val="{BD9F6BAA-AE64-44BD-8EE2-8D02E1C63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5036"/>
    <w:pPr>
      <w:spacing w:after="8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F4E78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F4E78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1F4E7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Note">
    <w:name w:val="Legal Note"/>
    <w:pPr>
      <w:spacing w:after="60"/>
    </w:pPr>
    <w:rPr>
      <w:rFonts w:ascii="Aptos" w:hAnsi="Aptos"/>
      <w:color w:val="666666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EACDAA58846D4A88118D9412522977" ma:contentTypeVersion="13" ma:contentTypeDescription="Utwórz nowy dokument." ma:contentTypeScope="" ma:versionID="964bf71609dac6eaeb339f286506c89a">
  <xsd:schema xmlns:xsd="http://www.w3.org/2001/XMLSchema" xmlns:xs="http://www.w3.org/2001/XMLSchema" xmlns:p="http://schemas.microsoft.com/office/2006/metadata/properties" xmlns:ns2="f39728f7-a37e-4fbf-b3ba-655070443997" xmlns:ns3="11e20aa5-3615-4b7f-9c2e-511739054e31" targetNamespace="http://schemas.microsoft.com/office/2006/metadata/properties" ma:root="true" ma:fieldsID="55496a2cb48a2100e999f57fb15151fd" ns2:_="" ns3:_="">
    <xsd:import namespace="f39728f7-a37e-4fbf-b3ba-655070443997"/>
    <xsd:import namespace="11e20aa5-3615-4b7f-9c2e-511739054e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Wolontariat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9728f7-a37e-4fbf-b3ba-655070443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ab0c1593-0646-4ee3-920b-275a1cf696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Wolontariat" ma:index="19" nillable="true" ma:displayName="Wolontariat" ma:format="Dropdown" ma:internalName="Wolontariat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20aa5-3615-4b7f-9c2e-511739054e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5c2203-a8a3-4f1b-b7a6-d6a06971de35}" ma:internalName="TaxCatchAll" ma:showField="CatchAllData" ma:web="11e20aa5-3615-4b7f-9c2e-511739054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olontariat xmlns="f39728f7-a37e-4fbf-b3ba-655070443997" xsi:nil="true"/>
    <lcf76f155ced4ddcb4097134ff3c332f xmlns="f39728f7-a37e-4fbf-b3ba-655070443997">
      <Terms xmlns="http://schemas.microsoft.com/office/infopath/2007/PartnerControls"/>
    </lcf76f155ced4ddcb4097134ff3c332f>
    <TaxCatchAll xmlns="11e20aa5-3615-4b7f-9c2e-511739054e31" xsi:nil="true"/>
  </documentManagement>
</p:properties>
</file>

<file path=customXml/itemProps1.xml><?xml version="1.0" encoding="utf-8"?>
<ds:datastoreItem xmlns:ds="http://schemas.openxmlformats.org/officeDocument/2006/customXml" ds:itemID="{9EF69B50-A17C-4C3A-B89E-C761EA9C04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056BA7-DD04-4A4D-A7D1-4E9C48D043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74C0BE-C072-4363-B08E-BFCDA20E1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9728f7-a37e-4fbf-b3ba-655070443997"/>
    <ds:schemaRef ds:uri="11e20aa5-3615-4b7f-9c2e-511739054e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1917E3-0733-467F-8402-F8F86DEFE5FF}">
  <ds:schemaRefs>
    <ds:schemaRef ds:uri="http://schemas.microsoft.com/office/2006/metadata/properties"/>
    <ds:schemaRef ds:uri="http://schemas.microsoft.com/office/infopath/2007/PartnerControls"/>
    <ds:schemaRef ds:uri="f39728f7-a37e-4fbf-b3ba-655070443997"/>
    <ds:schemaRef ds:uri="11e20aa5-3615-4b7f-9c2e-511739054e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Roman Lorens</dc:creator>
  <cp:keywords/>
  <cp:lastModifiedBy>Drężek Agata</cp:lastModifiedBy>
  <cp:revision>2</cp:revision>
  <dcterms:created xsi:type="dcterms:W3CDTF">2026-09-06T15:05:00Z</dcterms:created>
  <dcterms:modified xsi:type="dcterms:W3CDTF">2026-09-06T15:05:00Z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0x0101002AEACDAA58846D4A88118D9412522977</vt:lpwstr>
  </property>
  <property fmtid="{D5CDD505-2E9C-101B-9397-08002B2CF9AE}" pid="3" name="MediaServiceImageTags">
    <vt:lpwstr/>
  </property>
</Properties>
</file>